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FC6B1" w14:textId="77777777" w:rsidR="00CA78C8" w:rsidRPr="00AD16FA" w:rsidRDefault="00000000">
      <w:pPr>
        <w:spacing w:after="20"/>
        <w:jc w:val="center"/>
        <w:rPr>
          <w:sz w:val="20"/>
          <w:szCs w:val="24"/>
        </w:rPr>
      </w:pPr>
      <w:r w:rsidRPr="00AD16FA">
        <w:rPr>
          <w:b/>
          <w:sz w:val="40"/>
          <w:szCs w:val="24"/>
        </w:rPr>
        <w:t>TEJAS PAIKADE</w:t>
      </w:r>
    </w:p>
    <w:p w14:paraId="0E665962" w14:textId="77777777" w:rsidR="00CA78C8" w:rsidRPr="00AD16FA" w:rsidRDefault="00000000">
      <w:pPr>
        <w:spacing w:after="20"/>
        <w:jc w:val="center"/>
        <w:rPr>
          <w:sz w:val="20"/>
          <w:szCs w:val="24"/>
        </w:rPr>
      </w:pPr>
      <w:r w:rsidRPr="00AD16FA">
        <w:rPr>
          <w:b/>
          <w:sz w:val="20"/>
          <w:szCs w:val="24"/>
        </w:rPr>
        <w:t>B.Sc. COMPUTER SCIENCE GRADUATE</w:t>
      </w:r>
    </w:p>
    <w:p w14:paraId="077FB95B" w14:textId="77777777" w:rsidR="00CA78C8" w:rsidRPr="00AD16FA" w:rsidRDefault="00000000">
      <w:pPr>
        <w:spacing w:after="120"/>
        <w:jc w:val="center"/>
        <w:rPr>
          <w:sz w:val="20"/>
          <w:szCs w:val="24"/>
        </w:rPr>
      </w:pPr>
      <w:r w:rsidRPr="00AD16FA">
        <w:rPr>
          <w:szCs w:val="24"/>
        </w:rPr>
        <w:t>+91 7498470310  |  tejas12p@gmail.com  |  Virar, Mumbai</w:t>
      </w:r>
    </w:p>
    <w:p w14:paraId="49F686BD" w14:textId="77777777" w:rsidR="00CA78C8" w:rsidRPr="00AD16FA" w:rsidRDefault="00000000">
      <w:pPr>
        <w:keepNext/>
        <w:pBdr>
          <w:bottom w:val="single" w:sz="5" w:space="2" w:color="A6A6A6"/>
        </w:pBdr>
        <w:spacing w:before="160" w:after="60"/>
        <w:rPr>
          <w:sz w:val="20"/>
          <w:szCs w:val="24"/>
        </w:rPr>
      </w:pPr>
      <w:r w:rsidRPr="00AD16FA">
        <w:rPr>
          <w:b/>
          <w:sz w:val="22"/>
          <w:szCs w:val="24"/>
        </w:rPr>
        <w:t>PROFESSIONAL PROFILE</w:t>
      </w:r>
    </w:p>
    <w:p w14:paraId="119BE0B9" w14:textId="7385012A" w:rsidR="00CA78C8" w:rsidRPr="00AD16FA" w:rsidRDefault="00000000">
      <w:pPr>
        <w:spacing w:after="20"/>
        <w:rPr>
          <w:sz w:val="20"/>
          <w:szCs w:val="24"/>
        </w:rPr>
      </w:pPr>
      <w:r w:rsidRPr="00AD16FA">
        <w:rPr>
          <w:szCs w:val="24"/>
        </w:rPr>
        <w:t>B.Sc. Computer Science graduate with a strong foundation in Python, SQL, data analysis, and software testing. Hands-on experience in data validation, visualization, QA testing, dashboard monitoring, issue identification, and technical operations. Seeking opportunities in Data Analytics, QA/Software Testing, or Technical Operations.</w:t>
      </w:r>
      <w:r w:rsidR="00D91AA6">
        <w:rPr>
          <w:szCs w:val="24"/>
        </w:rPr>
        <w:br/>
      </w:r>
    </w:p>
    <w:p w14:paraId="2408C771" w14:textId="77777777" w:rsidR="00CA78C8" w:rsidRPr="00AD16FA" w:rsidRDefault="00000000">
      <w:pPr>
        <w:keepNext/>
        <w:pBdr>
          <w:bottom w:val="single" w:sz="5" w:space="2" w:color="A6A6A6"/>
        </w:pBdr>
        <w:spacing w:before="160" w:after="60"/>
        <w:rPr>
          <w:sz w:val="20"/>
          <w:szCs w:val="24"/>
        </w:rPr>
      </w:pPr>
      <w:r w:rsidRPr="00AD16FA">
        <w:rPr>
          <w:b/>
          <w:sz w:val="22"/>
          <w:szCs w:val="24"/>
        </w:rPr>
        <w:t>EDUCATION</w:t>
      </w:r>
    </w:p>
    <w:p w14:paraId="7FD7F04C" w14:textId="11D6AAC2" w:rsidR="00CA78C8" w:rsidRPr="00AD16FA" w:rsidRDefault="00000000">
      <w:pPr>
        <w:keepLines/>
        <w:spacing w:after="30"/>
        <w:rPr>
          <w:sz w:val="20"/>
          <w:szCs w:val="24"/>
        </w:rPr>
      </w:pPr>
      <w:r w:rsidRPr="00AD16FA">
        <w:rPr>
          <w:b/>
          <w:sz w:val="20"/>
          <w:szCs w:val="24"/>
        </w:rPr>
        <w:t xml:space="preserve">Annasaheb Vartak College, </w:t>
      </w:r>
      <w:r w:rsidR="00327142" w:rsidRPr="00AD16FA">
        <w:rPr>
          <w:b/>
          <w:sz w:val="20"/>
          <w:szCs w:val="24"/>
        </w:rPr>
        <w:t>Vasai</w:t>
      </w:r>
      <w:r w:rsidR="00327142" w:rsidRPr="00AD16FA">
        <w:rPr>
          <w:szCs w:val="24"/>
        </w:rPr>
        <w:t xml:space="preserve"> - B.Sc.</w:t>
      </w:r>
      <w:r w:rsidRPr="00AD16FA">
        <w:rPr>
          <w:szCs w:val="24"/>
        </w:rPr>
        <w:t xml:space="preserve"> Computer </w:t>
      </w:r>
      <w:r w:rsidR="00327142" w:rsidRPr="00AD16FA">
        <w:rPr>
          <w:szCs w:val="24"/>
        </w:rPr>
        <w:t>Science | University</w:t>
      </w:r>
      <w:r w:rsidRPr="00AD16FA">
        <w:rPr>
          <w:szCs w:val="24"/>
        </w:rPr>
        <w:t xml:space="preserve"> of </w:t>
      </w:r>
      <w:r w:rsidR="00327142" w:rsidRPr="00AD16FA">
        <w:rPr>
          <w:szCs w:val="24"/>
        </w:rPr>
        <w:t>Mumbai | 2022</w:t>
      </w:r>
      <w:r w:rsidRPr="00AD16FA">
        <w:rPr>
          <w:szCs w:val="24"/>
        </w:rPr>
        <w:t>–2025</w:t>
      </w:r>
    </w:p>
    <w:p w14:paraId="1A2A80EF" w14:textId="673A81F2" w:rsidR="00CA78C8" w:rsidRPr="00AD16FA" w:rsidRDefault="00000000">
      <w:pPr>
        <w:keepLines/>
        <w:spacing w:after="30"/>
        <w:rPr>
          <w:sz w:val="20"/>
          <w:szCs w:val="24"/>
        </w:rPr>
      </w:pPr>
      <w:r w:rsidRPr="00AD16FA">
        <w:rPr>
          <w:b/>
          <w:sz w:val="20"/>
          <w:szCs w:val="24"/>
        </w:rPr>
        <w:t xml:space="preserve">Annasaheb Vartak College, </w:t>
      </w:r>
      <w:r w:rsidR="00327142" w:rsidRPr="00AD16FA">
        <w:rPr>
          <w:b/>
          <w:sz w:val="20"/>
          <w:szCs w:val="24"/>
        </w:rPr>
        <w:t>Vasai</w:t>
      </w:r>
      <w:r w:rsidR="00327142" w:rsidRPr="00AD16FA">
        <w:rPr>
          <w:szCs w:val="24"/>
        </w:rPr>
        <w:t xml:space="preserve"> - H.S.C.</w:t>
      </w:r>
      <w:r w:rsidRPr="00AD16FA">
        <w:rPr>
          <w:szCs w:val="24"/>
        </w:rPr>
        <w:t xml:space="preserve"> – </w:t>
      </w:r>
      <w:r w:rsidR="00327142" w:rsidRPr="00AD16FA">
        <w:rPr>
          <w:szCs w:val="24"/>
        </w:rPr>
        <w:t>PCMB | 2022 | 65</w:t>
      </w:r>
      <w:r w:rsidRPr="00AD16FA">
        <w:rPr>
          <w:szCs w:val="24"/>
        </w:rPr>
        <w:t>%</w:t>
      </w:r>
    </w:p>
    <w:p w14:paraId="6BA104E6" w14:textId="7AB7AD6C" w:rsidR="00CA78C8" w:rsidRPr="00AD16FA" w:rsidRDefault="00000000">
      <w:pPr>
        <w:keepLines/>
        <w:spacing w:after="30"/>
        <w:rPr>
          <w:sz w:val="20"/>
          <w:szCs w:val="24"/>
        </w:rPr>
      </w:pPr>
      <w:r w:rsidRPr="00AD16FA">
        <w:rPr>
          <w:b/>
          <w:sz w:val="20"/>
          <w:szCs w:val="24"/>
        </w:rPr>
        <w:t xml:space="preserve">Jaydeep Vidyamandir </w:t>
      </w:r>
      <w:r w:rsidR="00327142" w:rsidRPr="00AD16FA">
        <w:rPr>
          <w:b/>
          <w:sz w:val="20"/>
          <w:szCs w:val="24"/>
        </w:rPr>
        <w:t>School</w:t>
      </w:r>
      <w:r w:rsidR="00327142" w:rsidRPr="00AD16FA">
        <w:rPr>
          <w:szCs w:val="24"/>
        </w:rPr>
        <w:t xml:space="preserve"> - S.S.C.</w:t>
      </w:r>
      <w:r w:rsidRPr="00AD16FA">
        <w:rPr>
          <w:szCs w:val="24"/>
        </w:rPr>
        <w:t xml:space="preserve">  </w:t>
      </w:r>
      <w:r w:rsidR="00327142" w:rsidRPr="00AD16FA">
        <w:rPr>
          <w:szCs w:val="24"/>
        </w:rPr>
        <w:t>| 2020 | 88.60</w:t>
      </w:r>
      <w:r w:rsidRPr="00AD16FA">
        <w:rPr>
          <w:szCs w:val="24"/>
        </w:rPr>
        <w:t>%</w:t>
      </w:r>
      <w:r w:rsidR="00D91AA6">
        <w:rPr>
          <w:szCs w:val="24"/>
        </w:rPr>
        <w:br/>
      </w:r>
    </w:p>
    <w:p w14:paraId="014B5226" w14:textId="419B36D9" w:rsidR="00AD16FA" w:rsidRPr="00AD16FA" w:rsidRDefault="00000000">
      <w:pPr>
        <w:keepNext/>
        <w:pBdr>
          <w:bottom w:val="single" w:sz="5" w:space="2" w:color="A6A6A6"/>
        </w:pBdr>
        <w:spacing w:before="160" w:after="60"/>
        <w:rPr>
          <w:b/>
          <w:sz w:val="22"/>
          <w:szCs w:val="24"/>
        </w:rPr>
      </w:pPr>
      <w:r w:rsidRPr="00AD16FA">
        <w:rPr>
          <w:b/>
          <w:sz w:val="22"/>
          <w:szCs w:val="24"/>
        </w:rPr>
        <w:t>TECHNICAL SKILLS</w:t>
      </w:r>
    </w:p>
    <w:p w14:paraId="7D8DBA77" w14:textId="77777777" w:rsidR="00CA78C8" w:rsidRPr="00AD16FA" w:rsidRDefault="00000000">
      <w:pPr>
        <w:keepLines/>
        <w:spacing w:after="28"/>
        <w:ind w:left="245" w:hanging="158"/>
        <w:rPr>
          <w:sz w:val="20"/>
          <w:szCs w:val="24"/>
        </w:rPr>
      </w:pPr>
      <w:r w:rsidRPr="00AD16FA">
        <w:rPr>
          <w:b/>
          <w:szCs w:val="24"/>
        </w:rPr>
        <w:t xml:space="preserve">• SQL &amp; Database Management: </w:t>
      </w:r>
      <w:r w:rsidRPr="00AD16FA">
        <w:rPr>
          <w:szCs w:val="24"/>
        </w:rPr>
        <w:t>Skilled in writing SQL queries and working with relational databases using MySQL.</w:t>
      </w:r>
    </w:p>
    <w:p w14:paraId="41375B4B" w14:textId="77777777" w:rsidR="00CA78C8" w:rsidRPr="00AD16FA" w:rsidRDefault="00000000">
      <w:pPr>
        <w:keepLines/>
        <w:spacing w:after="28"/>
        <w:ind w:left="245" w:hanging="158"/>
        <w:rPr>
          <w:sz w:val="20"/>
          <w:szCs w:val="24"/>
        </w:rPr>
      </w:pPr>
      <w:r w:rsidRPr="00AD16FA">
        <w:rPr>
          <w:b/>
          <w:szCs w:val="24"/>
        </w:rPr>
        <w:t xml:space="preserve">• Data Analytics &amp; Visualization: </w:t>
      </w:r>
      <w:r w:rsidRPr="00AD16FA">
        <w:rPr>
          <w:szCs w:val="24"/>
        </w:rPr>
        <w:t>Hands-on experience with Excel for data analysis, formulas, conditional logic, VLOOKUP, and PivotTables; created dashboards and visualized data using Power BI and Tableau.</w:t>
      </w:r>
    </w:p>
    <w:p w14:paraId="03B63407" w14:textId="77777777" w:rsidR="00CA78C8" w:rsidRPr="00AD16FA" w:rsidRDefault="00000000">
      <w:pPr>
        <w:keepLines/>
        <w:spacing w:after="28"/>
        <w:ind w:left="245" w:hanging="158"/>
        <w:rPr>
          <w:sz w:val="20"/>
          <w:szCs w:val="24"/>
        </w:rPr>
      </w:pPr>
      <w:r w:rsidRPr="00AD16FA">
        <w:rPr>
          <w:b/>
          <w:szCs w:val="24"/>
        </w:rPr>
        <w:t xml:space="preserve">• Software Testing &amp; QA: </w:t>
      </w:r>
      <w:r w:rsidRPr="00AD16FA">
        <w:rPr>
          <w:szCs w:val="24"/>
        </w:rPr>
        <w:t>Experience in test case execution, functional testing, feature validation, issue identification, and validating software against user requirements.</w:t>
      </w:r>
    </w:p>
    <w:p w14:paraId="7FF6939B" w14:textId="77777777" w:rsidR="00CA78C8" w:rsidRPr="00AD16FA" w:rsidRDefault="00000000">
      <w:pPr>
        <w:keepLines/>
        <w:spacing w:after="28"/>
        <w:ind w:left="245" w:hanging="158"/>
        <w:rPr>
          <w:sz w:val="20"/>
          <w:szCs w:val="24"/>
        </w:rPr>
      </w:pPr>
      <w:r w:rsidRPr="00AD16FA">
        <w:rPr>
          <w:b/>
          <w:szCs w:val="24"/>
        </w:rPr>
        <w:t xml:space="preserve">• Git/GitHub &amp; Development Workflow: </w:t>
      </w:r>
      <w:r w:rsidRPr="00AD16FA">
        <w:rPr>
          <w:szCs w:val="24"/>
        </w:rPr>
        <w:t>Familiar with issue tracking, testing changes through pull requests and commits, and supporting software validation workflows.</w:t>
      </w:r>
    </w:p>
    <w:p w14:paraId="3189A1D0" w14:textId="76E3098F" w:rsidR="00CA78C8" w:rsidRPr="00AD16FA" w:rsidRDefault="00000000">
      <w:pPr>
        <w:keepLines/>
        <w:spacing w:after="28"/>
        <w:ind w:left="245" w:hanging="158"/>
        <w:rPr>
          <w:sz w:val="20"/>
          <w:szCs w:val="24"/>
        </w:rPr>
      </w:pPr>
      <w:r w:rsidRPr="00AD16FA">
        <w:rPr>
          <w:b/>
          <w:szCs w:val="24"/>
        </w:rPr>
        <w:t xml:space="preserve">• System Scripting: </w:t>
      </w:r>
      <w:r w:rsidRPr="00AD16FA">
        <w:rPr>
          <w:szCs w:val="24"/>
        </w:rPr>
        <w:t>Experience creating utility and system-testing scripts using Shell Scripting in Linux-based environments, including Zorin OS.</w:t>
      </w:r>
      <w:r w:rsidR="00AD16FA">
        <w:rPr>
          <w:szCs w:val="24"/>
        </w:rPr>
        <w:br/>
      </w:r>
    </w:p>
    <w:p w14:paraId="08116FD3" w14:textId="77777777" w:rsidR="00CA78C8" w:rsidRPr="00AD16FA" w:rsidRDefault="00000000">
      <w:pPr>
        <w:keepNext/>
        <w:pBdr>
          <w:bottom w:val="single" w:sz="5" w:space="2" w:color="A6A6A6"/>
        </w:pBdr>
        <w:spacing w:before="160" w:after="60"/>
        <w:rPr>
          <w:sz w:val="20"/>
          <w:szCs w:val="24"/>
        </w:rPr>
      </w:pPr>
      <w:r w:rsidRPr="00AD16FA">
        <w:rPr>
          <w:b/>
          <w:sz w:val="22"/>
          <w:szCs w:val="24"/>
        </w:rPr>
        <w:t>CORE SKILLS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227"/>
        <w:gridCol w:w="5227"/>
      </w:tblGrid>
      <w:tr w:rsidR="00CA78C8" w:rsidRPr="00AD16FA" w14:paraId="495C8D53" w14:textId="77777777">
        <w:trPr>
          <w:jc w:val="center"/>
        </w:trPr>
        <w:tc>
          <w:tcPr>
            <w:tcW w:w="522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FB9B2A" w14:textId="77777777" w:rsidR="00CA78C8" w:rsidRPr="00AD16FA" w:rsidRDefault="00000000">
            <w:pPr>
              <w:rPr>
                <w:sz w:val="20"/>
                <w:szCs w:val="24"/>
              </w:rPr>
            </w:pPr>
            <w:r w:rsidRPr="00AD16FA">
              <w:rPr>
                <w:szCs w:val="24"/>
              </w:rPr>
              <w:t>• Analytical Thinking &amp; Problem Solving</w:t>
            </w:r>
          </w:p>
        </w:tc>
        <w:tc>
          <w:tcPr>
            <w:tcW w:w="522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7C65DD" w14:textId="77777777" w:rsidR="00CA78C8" w:rsidRPr="00AD16FA" w:rsidRDefault="00000000">
            <w:pPr>
              <w:rPr>
                <w:sz w:val="20"/>
                <w:szCs w:val="24"/>
              </w:rPr>
            </w:pPr>
            <w:r w:rsidRPr="00AD16FA">
              <w:rPr>
                <w:szCs w:val="24"/>
              </w:rPr>
              <w:t>• Software Testing &amp; Quality Assurance</w:t>
            </w:r>
          </w:p>
        </w:tc>
      </w:tr>
      <w:tr w:rsidR="00CA78C8" w:rsidRPr="00AD16FA" w14:paraId="46E54E26" w14:textId="77777777">
        <w:trPr>
          <w:jc w:val="center"/>
        </w:trPr>
        <w:tc>
          <w:tcPr>
            <w:tcW w:w="522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A69246" w14:textId="77777777" w:rsidR="00CA78C8" w:rsidRPr="00AD16FA" w:rsidRDefault="00000000">
            <w:pPr>
              <w:rPr>
                <w:sz w:val="20"/>
                <w:szCs w:val="24"/>
              </w:rPr>
            </w:pPr>
            <w:r w:rsidRPr="00AD16FA">
              <w:rPr>
                <w:szCs w:val="24"/>
              </w:rPr>
              <w:t>• Issue Tracking &amp; Development Workflow</w:t>
            </w:r>
          </w:p>
        </w:tc>
        <w:tc>
          <w:tcPr>
            <w:tcW w:w="522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468190" w14:textId="510614B3" w:rsidR="00CA78C8" w:rsidRPr="00AD16FA" w:rsidRDefault="00000000">
            <w:pPr>
              <w:rPr>
                <w:sz w:val="20"/>
                <w:szCs w:val="24"/>
              </w:rPr>
            </w:pPr>
            <w:r w:rsidRPr="00AD16FA">
              <w:rPr>
                <w:szCs w:val="24"/>
              </w:rPr>
              <w:t>• Data Organization &amp; Reporting</w:t>
            </w:r>
          </w:p>
        </w:tc>
      </w:tr>
    </w:tbl>
    <w:p w14:paraId="65F3E3AA" w14:textId="58FDB163" w:rsidR="00CA78C8" w:rsidRPr="00AD16FA" w:rsidRDefault="00000000">
      <w:pPr>
        <w:keepNext/>
        <w:pBdr>
          <w:bottom w:val="single" w:sz="5" w:space="2" w:color="A6A6A6"/>
        </w:pBdr>
        <w:spacing w:before="160" w:after="60"/>
        <w:rPr>
          <w:sz w:val="20"/>
          <w:szCs w:val="24"/>
        </w:rPr>
      </w:pPr>
      <w:r w:rsidRPr="00AD16FA">
        <w:rPr>
          <w:b/>
          <w:sz w:val="22"/>
          <w:szCs w:val="24"/>
        </w:rPr>
        <w:t>EXPERIENCE</w:t>
      </w:r>
    </w:p>
    <w:p w14:paraId="5871E51F" w14:textId="77777777" w:rsidR="00CA78C8" w:rsidRPr="00AD16FA" w:rsidRDefault="00000000">
      <w:pPr>
        <w:keepNext/>
        <w:spacing w:before="70" w:after="20"/>
        <w:rPr>
          <w:sz w:val="20"/>
          <w:szCs w:val="24"/>
        </w:rPr>
      </w:pPr>
      <w:r w:rsidRPr="00AD16FA">
        <w:rPr>
          <w:b/>
          <w:sz w:val="20"/>
          <w:szCs w:val="24"/>
        </w:rPr>
        <w:t>Computer Management Head — Apni Pathshala</w:t>
      </w:r>
      <w:r w:rsidRPr="00AD16FA">
        <w:rPr>
          <w:i/>
          <w:szCs w:val="24"/>
        </w:rPr>
        <w:t xml:space="preserve">  |  Feb 2026 – Present</w:t>
      </w:r>
    </w:p>
    <w:p w14:paraId="246FB379" w14:textId="4907090C" w:rsidR="00CA78C8" w:rsidRPr="00AD16FA" w:rsidRDefault="00000000">
      <w:pPr>
        <w:keepLines/>
        <w:spacing w:after="30"/>
        <w:ind w:left="245" w:hanging="158"/>
        <w:rPr>
          <w:sz w:val="20"/>
          <w:szCs w:val="24"/>
        </w:rPr>
      </w:pPr>
      <w:r w:rsidRPr="00AD16FA">
        <w:rPr>
          <w:b/>
          <w:szCs w:val="24"/>
        </w:rPr>
        <w:t xml:space="preserve">• </w:t>
      </w:r>
      <w:r w:rsidRPr="00AD16FA">
        <w:rPr>
          <w:szCs w:val="24"/>
        </w:rPr>
        <w:t>Manage IT operations including PC</w:t>
      </w:r>
      <w:r w:rsidR="00327142" w:rsidRPr="00AD16FA">
        <w:rPr>
          <w:szCs w:val="24"/>
        </w:rPr>
        <w:t>s</w:t>
      </w:r>
      <w:r w:rsidRPr="00AD16FA">
        <w:rPr>
          <w:szCs w:val="24"/>
        </w:rPr>
        <w:t xml:space="preserve"> deployment, system validation, and technical issue coordination.</w:t>
      </w:r>
    </w:p>
    <w:p w14:paraId="6C45014C" w14:textId="77777777" w:rsidR="00CA78C8" w:rsidRPr="00AD16FA" w:rsidRDefault="00000000">
      <w:pPr>
        <w:keepLines/>
        <w:spacing w:after="30"/>
        <w:ind w:left="245" w:hanging="158"/>
        <w:rPr>
          <w:sz w:val="20"/>
          <w:szCs w:val="24"/>
        </w:rPr>
      </w:pPr>
      <w:r w:rsidRPr="00AD16FA">
        <w:rPr>
          <w:b/>
          <w:szCs w:val="24"/>
        </w:rPr>
        <w:t xml:space="preserve">• </w:t>
      </w:r>
      <w:r w:rsidRPr="00AD16FA">
        <w:rPr>
          <w:szCs w:val="24"/>
        </w:rPr>
        <w:t>Maintain IT assets and operational data across spreadsheets, documents, and reports.</w:t>
      </w:r>
    </w:p>
    <w:p w14:paraId="2E4FA05F" w14:textId="7E3527F0" w:rsidR="00CA78C8" w:rsidRPr="00AD16FA" w:rsidRDefault="00000000">
      <w:pPr>
        <w:keepLines/>
        <w:spacing w:after="30"/>
        <w:ind w:left="245" w:hanging="158"/>
        <w:rPr>
          <w:sz w:val="20"/>
          <w:szCs w:val="24"/>
        </w:rPr>
      </w:pPr>
      <w:r w:rsidRPr="00AD16FA">
        <w:rPr>
          <w:b/>
          <w:szCs w:val="24"/>
        </w:rPr>
        <w:t xml:space="preserve">• </w:t>
      </w:r>
      <w:r w:rsidRPr="00AD16FA">
        <w:rPr>
          <w:szCs w:val="24"/>
        </w:rPr>
        <w:t xml:space="preserve">Perform QA testing of </w:t>
      </w:r>
      <w:r w:rsidR="00327142" w:rsidRPr="00AD16FA">
        <w:rPr>
          <w:szCs w:val="24"/>
        </w:rPr>
        <w:t>software (Apni Prerna, Eklavya FLN)</w:t>
      </w:r>
      <w:r w:rsidRPr="00AD16FA">
        <w:rPr>
          <w:szCs w:val="24"/>
        </w:rPr>
        <w:t xml:space="preserve"> and operational </w:t>
      </w:r>
      <w:r w:rsidR="00327142" w:rsidRPr="00AD16FA">
        <w:rPr>
          <w:szCs w:val="24"/>
        </w:rPr>
        <w:t xml:space="preserve">dashboards (VED – Virtual Ecosystem </w:t>
      </w:r>
      <w:r w:rsidR="00FF1CDE">
        <w:rPr>
          <w:szCs w:val="24"/>
        </w:rPr>
        <w:t xml:space="preserve">for </w:t>
      </w:r>
      <w:r w:rsidR="00327142" w:rsidRPr="00AD16FA">
        <w:rPr>
          <w:szCs w:val="24"/>
        </w:rPr>
        <w:t>Decentrali</w:t>
      </w:r>
      <w:r w:rsidR="00FF1CDE">
        <w:rPr>
          <w:szCs w:val="24"/>
        </w:rPr>
        <w:t>s</w:t>
      </w:r>
      <w:r w:rsidR="00327142" w:rsidRPr="00AD16FA">
        <w:rPr>
          <w:szCs w:val="24"/>
        </w:rPr>
        <w:t>ation).</w:t>
      </w:r>
    </w:p>
    <w:p w14:paraId="3FC81562" w14:textId="77777777" w:rsidR="00CA78C8" w:rsidRPr="00AD16FA" w:rsidRDefault="00000000">
      <w:pPr>
        <w:keepLines/>
        <w:spacing w:after="30"/>
        <w:ind w:left="245" w:hanging="158"/>
        <w:rPr>
          <w:sz w:val="20"/>
          <w:szCs w:val="24"/>
        </w:rPr>
      </w:pPr>
      <w:r w:rsidRPr="00AD16FA">
        <w:rPr>
          <w:b/>
          <w:szCs w:val="24"/>
        </w:rPr>
        <w:t xml:space="preserve">• </w:t>
      </w:r>
      <w:r w:rsidRPr="00AD16FA">
        <w:rPr>
          <w:szCs w:val="24"/>
        </w:rPr>
        <w:t>Identify issues, validate features, and suggest improvements based on user requirements.</w:t>
      </w:r>
    </w:p>
    <w:p w14:paraId="79E92544" w14:textId="4056CAE9" w:rsidR="00CA78C8" w:rsidRPr="00AD16FA" w:rsidRDefault="00000000">
      <w:pPr>
        <w:keepLines/>
        <w:spacing w:after="30"/>
        <w:ind w:left="245" w:hanging="158"/>
        <w:rPr>
          <w:sz w:val="20"/>
          <w:szCs w:val="24"/>
        </w:rPr>
      </w:pPr>
      <w:r w:rsidRPr="00AD16FA">
        <w:rPr>
          <w:b/>
          <w:szCs w:val="24"/>
        </w:rPr>
        <w:t xml:space="preserve">• </w:t>
      </w:r>
      <w:r w:rsidRPr="00AD16FA">
        <w:rPr>
          <w:szCs w:val="24"/>
        </w:rPr>
        <w:t>Coordinate with service providers for technical support and issue resolution.</w:t>
      </w:r>
      <w:r w:rsidR="00AD16FA">
        <w:rPr>
          <w:szCs w:val="24"/>
        </w:rPr>
        <w:br/>
      </w:r>
    </w:p>
    <w:p w14:paraId="0047ABA6" w14:textId="0C093A72" w:rsidR="00CA78C8" w:rsidRPr="00AD16FA" w:rsidRDefault="00000000">
      <w:pPr>
        <w:keepNext/>
        <w:spacing w:before="70" w:after="20"/>
        <w:rPr>
          <w:sz w:val="20"/>
          <w:szCs w:val="24"/>
        </w:rPr>
      </w:pPr>
      <w:r w:rsidRPr="00AD16FA">
        <w:rPr>
          <w:b/>
          <w:sz w:val="20"/>
          <w:szCs w:val="24"/>
        </w:rPr>
        <w:t xml:space="preserve">Tech Associate Intern — Apni </w:t>
      </w:r>
      <w:r w:rsidR="00327142" w:rsidRPr="00AD16FA">
        <w:rPr>
          <w:b/>
          <w:sz w:val="20"/>
          <w:szCs w:val="24"/>
        </w:rPr>
        <w:t>Pathshala</w:t>
      </w:r>
      <w:r w:rsidR="00327142" w:rsidRPr="00AD16FA">
        <w:rPr>
          <w:i/>
          <w:szCs w:val="24"/>
        </w:rPr>
        <w:t xml:space="preserve"> | Oct</w:t>
      </w:r>
      <w:r w:rsidRPr="00AD16FA">
        <w:rPr>
          <w:i/>
          <w:szCs w:val="24"/>
        </w:rPr>
        <w:t xml:space="preserve"> 2025 – Jan 2026</w:t>
      </w:r>
    </w:p>
    <w:p w14:paraId="5890C237" w14:textId="77777777" w:rsidR="00CA78C8" w:rsidRPr="00AD16FA" w:rsidRDefault="00000000">
      <w:pPr>
        <w:keepLines/>
        <w:spacing w:after="30"/>
        <w:ind w:left="245" w:hanging="158"/>
        <w:rPr>
          <w:sz w:val="20"/>
          <w:szCs w:val="24"/>
        </w:rPr>
      </w:pPr>
      <w:r w:rsidRPr="00AD16FA">
        <w:rPr>
          <w:b/>
          <w:szCs w:val="24"/>
        </w:rPr>
        <w:t xml:space="preserve">• </w:t>
      </w:r>
      <w:r w:rsidRPr="00AD16FA">
        <w:rPr>
          <w:szCs w:val="24"/>
        </w:rPr>
        <w:t>Managed and analyzed daily operational data using Excel and Google Sheets.</w:t>
      </w:r>
    </w:p>
    <w:p w14:paraId="447799B0" w14:textId="77777777" w:rsidR="00CA78C8" w:rsidRPr="00AD16FA" w:rsidRDefault="00000000">
      <w:pPr>
        <w:keepLines/>
        <w:spacing w:after="30"/>
        <w:ind w:left="245" w:hanging="158"/>
        <w:rPr>
          <w:sz w:val="20"/>
          <w:szCs w:val="24"/>
        </w:rPr>
      </w:pPr>
      <w:r w:rsidRPr="00AD16FA">
        <w:rPr>
          <w:b/>
          <w:szCs w:val="24"/>
        </w:rPr>
        <w:t xml:space="preserve">• </w:t>
      </w:r>
      <w:r w:rsidRPr="00AD16FA">
        <w:rPr>
          <w:szCs w:val="24"/>
        </w:rPr>
        <w:t>Performed data cleaning, validation, and classification for accurate reporting.</w:t>
      </w:r>
    </w:p>
    <w:p w14:paraId="3B4FD7C5" w14:textId="5CB3322C" w:rsidR="00CA78C8" w:rsidRPr="00AD16FA" w:rsidRDefault="00000000">
      <w:pPr>
        <w:keepLines/>
        <w:spacing w:after="30"/>
        <w:ind w:left="245" w:hanging="158"/>
        <w:rPr>
          <w:sz w:val="20"/>
          <w:szCs w:val="24"/>
        </w:rPr>
      </w:pPr>
      <w:r w:rsidRPr="00AD16FA">
        <w:rPr>
          <w:b/>
          <w:szCs w:val="24"/>
        </w:rPr>
        <w:t xml:space="preserve">• </w:t>
      </w:r>
      <w:r w:rsidRPr="00AD16FA">
        <w:rPr>
          <w:szCs w:val="24"/>
        </w:rPr>
        <w:t>Prepared summary reports and supported software rollout and dashboard-based usage monitoring.</w:t>
      </w:r>
      <w:r w:rsidR="00AD16FA">
        <w:rPr>
          <w:szCs w:val="24"/>
        </w:rPr>
        <w:br/>
      </w:r>
    </w:p>
    <w:p w14:paraId="28732FF2" w14:textId="77777777" w:rsidR="00CA78C8" w:rsidRPr="00AD16FA" w:rsidRDefault="00000000">
      <w:pPr>
        <w:keepNext/>
        <w:pBdr>
          <w:bottom w:val="single" w:sz="5" w:space="2" w:color="A6A6A6"/>
        </w:pBdr>
        <w:spacing w:before="160" w:after="60"/>
        <w:rPr>
          <w:sz w:val="20"/>
          <w:szCs w:val="24"/>
        </w:rPr>
      </w:pPr>
      <w:r w:rsidRPr="00AD16FA">
        <w:rPr>
          <w:b/>
          <w:sz w:val="22"/>
          <w:szCs w:val="24"/>
        </w:rPr>
        <w:t>PROJECTS</w:t>
      </w:r>
    </w:p>
    <w:p w14:paraId="66032028" w14:textId="57EBC035" w:rsidR="00CA78C8" w:rsidRPr="00AD16FA" w:rsidRDefault="00000000">
      <w:pPr>
        <w:keepNext/>
        <w:spacing w:before="70" w:after="20"/>
        <w:rPr>
          <w:sz w:val="20"/>
          <w:szCs w:val="24"/>
        </w:rPr>
      </w:pPr>
      <w:r w:rsidRPr="00AD16FA">
        <w:rPr>
          <w:b/>
          <w:sz w:val="20"/>
          <w:szCs w:val="24"/>
        </w:rPr>
        <w:t>Express</w:t>
      </w:r>
      <w:r w:rsidR="00327142" w:rsidRPr="00AD16FA">
        <w:rPr>
          <w:b/>
          <w:sz w:val="20"/>
          <w:szCs w:val="24"/>
        </w:rPr>
        <w:t xml:space="preserve"> </w:t>
      </w:r>
      <w:r w:rsidRPr="00AD16FA">
        <w:rPr>
          <w:b/>
          <w:sz w:val="20"/>
          <w:szCs w:val="24"/>
        </w:rPr>
        <w:t>News</w:t>
      </w:r>
      <w:r w:rsidR="00327142" w:rsidRPr="00AD16FA">
        <w:rPr>
          <w:b/>
          <w:sz w:val="20"/>
          <w:szCs w:val="24"/>
        </w:rPr>
        <w:t xml:space="preserve"> </w:t>
      </w:r>
      <w:r w:rsidR="00AD16FA">
        <w:rPr>
          <w:b/>
          <w:sz w:val="20"/>
          <w:szCs w:val="24"/>
        </w:rPr>
        <w:t>–</w:t>
      </w:r>
      <w:r w:rsidRPr="00AD16FA">
        <w:rPr>
          <w:b/>
          <w:sz w:val="20"/>
          <w:szCs w:val="24"/>
        </w:rPr>
        <w:t xml:space="preserve"> Website</w:t>
      </w:r>
    </w:p>
    <w:p w14:paraId="20F57A6F" w14:textId="77777777" w:rsidR="00CA78C8" w:rsidRPr="00AD16FA" w:rsidRDefault="00000000">
      <w:pPr>
        <w:keepLines/>
        <w:spacing w:after="30"/>
        <w:ind w:left="245" w:hanging="158"/>
        <w:rPr>
          <w:sz w:val="20"/>
          <w:szCs w:val="24"/>
        </w:rPr>
      </w:pPr>
      <w:r w:rsidRPr="00AD16FA">
        <w:rPr>
          <w:b/>
          <w:szCs w:val="24"/>
        </w:rPr>
        <w:t xml:space="preserve">• </w:t>
      </w:r>
      <w:r w:rsidRPr="00AD16FA">
        <w:rPr>
          <w:szCs w:val="24"/>
        </w:rPr>
        <w:t>Developed a real-time news web application using React and Node.js, integrating external APIs to fetch and dynamically display the latest headlines.</w:t>
      </w:r>
    </w:p>
    <w:p w14:paraId="0466B2AB" w14:textId="3338CE7C" w:rsidR="00CA78C8" w:rsidRPr="00AD16FA" w:rsidRDefault="00000000">
      <w:pPr>
        <w:keepLines/>
        <w:spacing w:after="30"/>
        <w:ind w:left="245" w:hanging="158"/>
        <w:rPr>
          <w:sz w:val="20"/>
          <w:szCs w:val="24"/>
        </w:rPr>
      </w:pPr>
      <w:r w:rsidRPr="00AD16FA">
        <w:rPr>
          <w:b/>
          <w:szCs w:val="24"/>
        </w:rPr>
        <w:t xml:space="preserve">• </w:t>
      </w:r>
      <w:r w:rsidRPr="00AD16FA">
        <w:rPr>
          <w:szCs w:val="24"/>
        </w:rPr>
        <w:t>Designed a responsive and user-friendly interface for smooth browsing across different devices.</w:t>
      </w:r>
      <w:r w:rsidR="00AD16FA">
        <w:rPr>
          <w:szCs w:val="24"/>
        </w:rPr>
        <w:br/>
      </w:r>
    </w:p>
    <w:p w14:paraId="72E10264" w14:textId="76E5E7B0" w:rsidR="00CA78C8" w:rsidRPr="00AD16FA" w:rsidRDefault="00000000">
      <w:pPr>
        <w:keepNext/>
        <w:spacing w:before="70" w:after="20"/>
        <w:rPr>
          <w:sz w:val="20"/>
          <w:szCs w:val="24"/>
        </w:rPr>
      </w:pPr>
      <w:r w:rsidRPr="00AD16FA">
        <w:rPr>
          <w:b/>
          <w:sz w:val="20"/>
          <w:szCs w:val="24"/>
        </w:rPr>
        <w:t xml:space="preserve">WEALTH </w:t>
      </w:r>
      <w:r w:rsidR="00327142" w:rsidRPr="00AD16FA">
        <w:rPr>
          <w:b/>
          <w:sz w:val="20"/>
          <w:szCs w:val="24"/>
        </w:rPr>
        <w:t>-</w:t>
      </w:r>
      <w:r w:rsidRPr="00AD16FA">
        <w:rPr>
          <w:b/>
          <w:sz w:val="20"/>
          <w:szCs w:val="24"/>
        </w:rPr>
        <w:t xml:space="preserve"> Finance Manager Platform</w:t>
      </w:r>
    </w:p>
    <w:p w14:paraId="3D259FFA" w14:textId="77777777" w:rsidR="00CA78C8" w:rsidRPr="00AD16FA" w:rsidRDefault="00000000">
      <w:pPr>
        <w:keepLines/>
        <w:spacing w:after="30"/>
        <w:ind w:left="245" w:hanging="158"/>
        <w:rPr>
          <w:sz w:val="20"/>
          <w:szCs w:val="24"/>
        </w:rPr>
      </w:pPr>
      <w:r w:rsidRPr="00AD16FA">
        <w:rPr>
          <w:b/>
          <w:szCs w:val="24"/>
        </w:rPr>
        <w:t xml:space="preserve">• </w:t>
      </w:r>
      <w:r w:rsidRPr="00AD16FA">
        <w:rPr>
          <w:szCs w:val="24"/>
        </w:rPr>
        <w:t>Developed an AI-powered personal finance platform using React, Next.js, and Prisma for transaction tracking and budget management.</w:t>
      </w:r>
    </w:p>
    <w:p w14:paraId="67771827" w14:textId="255632AE" w:rsidR="00CA78C8" w:rsidRPr="00AD16FA" w:rsidRDefault="00000000">
      <w:pPr>
        <w:keepLines/>
        <w:spacing w:after="30"/>
        <w:ind w:left="245" w:hanging="158"/>
        <w:rPr>
          <w:sz w:val="20"/>
          <w:szCs w:val="24"/>
        </w:rPr>
      </w:pPr>
      <w:r w:rsidRPr="00AD16FA">
        <w:rPr>
          <w:b/>
          <w:szCs w:val="24"/>
        </w:rPr>
        <w:lastRenderedPageBreak/>
        <w:t xml:space="preserve">• </w:t>
      </w:r>
      <w:r w:rsidRPr="00AD16FA">
        <w:rPr>
          <w:szCs w:val="24"/>
        </w:rPr>
        <w:t>Implemented AI-based receipt scanning, budget alerts, recurring transactions, and automated financial insights.</w:t>
      </w:r>
      <w:r w:rsidR="00AD16FA">
        <w:rPr>
          <w:szCs w:val="24"/>
        </w:rPr>
        <w:br/>
      </w:r>
    </w:p>
    <w:p w14:paraId="5EE6844E" w14:textId="3E7703CB" w:rsidR="00CA78C8" w:rsidRPr="00AD16FA" w:rsidRDefault="00000000">
      <w:pPr>
        <w:keepNext/>
        <w:spacing w:before="70" w:after="20"/>
        <w:rPr>
          <w:sz w:val="20"/>
          <w:szCs w:val="24"/>
        </w:rPr>
      </w:pPr>
      <w:r w:rsidRPr="00AD16FA">
        <w:rPr>
          <w:b/>
          <w:sz w:val="20"/>
          <w:szCs w:val="24"/>
        </w:rPr>
        <w:t xml:space="preserve">CricScorer </w:t>
      </w:r>
      <w:r w:rsidR="00327142" w:rsidRPr="00AD16FA">
        <w:rPr>
          <w:b/>
          <w:sz w:val="20"/>
          <w:szCs w:val="24"/>
        </w:rPr>
        <w:t>-</w:t>
      </w:r>
      <w:r w:rsidRPr="00AD16FA">
        <w:rPr>
          <w:b/>
          <w:sz w:val="20"/>
          <w:szCs w:val="24"/>
        </w:rPr>
        <w:t xml:space="preserve"> Cricket Scoring Application</w:t>
      </w:r>
    </w:p>
    <w:p w14:paraId="4C6E9301" w14:textId="77777777" w:rsidR="00CA78C8" w:rsidRPr="00AD16FA" w:rsidRDefault="00000000">
      <w:pPr>
        <w:keepLines/>
        <w:spacing w:after="30"/>
        <w:ind w:left="245" w:hanging="158"/>
        <w:rPr>
          <w:sz w:val="20"/>
          <w:szCs w:val="24"/>
        </w:rPr>
      </w:pPr>
      <w:r w:rsidRPr="00AD16FA">
        <w:rPr>
          <w:b/>
          <w:szCs w:val="24"/>
        </w:rPr>
        <w:t xml:space="preserve">• </w:t>
      </w:r>
      <w:r w:rsidRPr="00AD16FA">
        <w:rPr>
          <w:szCs w:val="24"/>
        </w:rPr>
        <w:t>Developed a responsive cricket scoring application to reduce manual scorecard errors through real-time ball-by-ball scoring and automated calculations.</w:t>
      </w:r>
    </w:p>
    <w:p w14:paraId="490A7211" w14:textId="6198A08B" w:rsidR="00CA78C8" w:rsidRPr="00AD16FA" w:rsidRDefault="00000000">
      <w:pPr>
        <w:keepLines/>
        <w:spacing w:after="30"/>
        <w:ind w:left="245" w:hanging="158"/>
        <w:rPr>
          <w:sz w:val="20"/>
          <w:szCs w:val="24"/>
        </w:rPr>
      </w:pPr>
      <w:r w:rsidRPr="00AD16FA">
        <w:rPr>
          <w:b/>
          <w:szCs w:val="24"/>
        </w:rPr>
        <w:t xml:space="preserve">• </w:t>
      </w:r>
      <w:r w:rsidRPr="00AD16FA">
        <w:rPr>
          <w:szCs w:val="24"/>
        </w:rPr>
        <w:t>Implemented quick scoring inputs, run-rate tracking, match summaries, and exportable reports.</w:t>
      </w:r>
      <w:r w:rsidR="00AD16FA">
        <w:rPr>
          <w:szCs w:val="24"/>
        </w:rPr>
        <w:br/>
      </w:r>
    </w:p>
    <w:p w14:paraId="30C6D4D0" w14:textId="77777777" w:rsidR="00CA78C8" w:rsidRPr="00AD16FA" w:rsidRDefault="00000000">
      <w:pPr>
        <w:keepNext/>
        <w:pBdr>
          <w:bottom w:val="single" w:sz="5" w:space="2" w:color="A6A6A6"/>
        </w:pBdr>
        <w:spacing w:before="160" w:after="60"/>
        <w:rPr>
          <w:sz w:val="20"/>
          <w:szCs w:val="24"/>
        </w:rPr>
      </w:pPr>
      <w:r w:rsidRPr="00AD16FA">
        <w:rPr>
          <w:b/>
          <w:sz w:val="22"/>
          <w:szCs w:val="24"/>
        </w:rPr>
        <w:t>TOOLS &amp; TECHNOLOGIES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227"/>
        <w:gridCol w:w="5227"/>
      </w:tblGrid>
      <w:tr w:rsidR="00CA78C8" w:rsidRPr="00AD16FA" w14:paraId="12F278A9" w14:textId="77777777">
        <w:trPr>
          <w:jc w:val="center"/>
        </w:trPr>
        <w:tc>
          <w:tcPr>
            <w:tcW w:w="522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6DEF2D9" w14:textId="7247ED1A" w:rsidR="00CA78C8" w:rsidRPr="00AD16FA" w:rsidRDefault="00000000">
            <w:pPr>
              <w:rPr>
                <w:sz w:val="20"/>
                <w:szCs w:val="24"/>
              </w:rPr>
            </w:pPr>
            <w:r w:rsidRPr="00AD16FA">
              <w:rPr>
                <w:szCs w:val="24"/>
              </w:rPr>
              <w:t>• Python</w:t>
            </w:r>
            <w:r w:rsidR="00327142" w:rsidRPr="00AD16FA">
              <w:rPr>
                <w:szCs w:val="24"/>
              </w:rPr>
              <w:t xml:space="preserve"> Programming</w:t>
            </w:r>
          </w:p>
        </w:tc>
        <w:tc>
          <w:tcPr>
            <w:tcW w:w="522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2174D04" w14:textId="77777777" w:rsidR="00CA78C8" w:rsidRPr="00AD16FA" w:rsidRDefault="00000000">
            <w:pPr>
              <w:rPr>
                <w:sz w:val="20"/>
                <w:szCs w:val="24"/>
              </w:rPr>
            </w:pPr>
            <w:r w:rsidRPr="00AD16FA">
              <w:rPr>
                <w:szCs w:val="24"/>
              </w:rPr>
              <w:t>• Git/GitHub</w:t>
            </w:r>
          </w:p>
        </w:tc>
      </w:tr>
      <w:tr w:rsidR="00CA78C8" w:rsidRPr="00AD16FA" w14:paraId="7F84A2AB" w14:textId="77777777">
        <w:trPr>
          <w:jc w:val="center"/>
        </w:trPr>
        <w:tc>
          <w:tcPr>
            <w:tcW w:w="522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B0B9593" w14:textId="77777777" w:rsidR="00CA78C8" w:rsidRPr="00AD16FA" w:rsidRDefault="00000000">
            <w:pPr>
              <w:rPr>
                <w:sz w:val="20"/>
                <w:szCs w:val="24"/>
              </w:rPr>
            </w:pPr>
            <w:r w:rsidRPr="00AD16FA">
              <w:rPr>
                <w:szCs w:val="24"/>
              </w:rPr>
              <w:t>• MySQL</w:t>
            </w:r>
          </w:p>
        </w:tc>
        <w:tc>
          <w:tcPr>
            <w:tcW w:w="522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67632B9" w14:textId="77777777" w:rsidR="00CA78C8" w:rsidRPr="00AD16FA" w:rsidRDefault="00000000">
            <w:pPr>
              <w:rPr>
                <w:sz w:val="20"/>
                <w:szCs w:val="24"/>
              </w:rPr>
            </w:pPr>
            <w:r w:rsidRPr="00AD16FA">
              <w:rPr>
                <w:szCs w:val="24"/>
              </w:rPr>
              <w:t>• Selenium IDE</w:t>
            </w:r>
          </w:p>
        </w:tc>
      </w:tr>
      <w:tr w:rsidR="00CA78C8" w:rsidRPr="00AD16FA" w14:paraId="5F71C533" w14:textId="77777777">
        <w:trPr>
          <w:jc w:val="center"/>
        </w:trPr>
        <w:tc>
          <w:tcPr>
            <w:tcW w:w="522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E61748E" w14:textId="77777777" w:rsidR="00CA78C8" w:rsidRPr="00AD16FA" w:rsidRDefault="00000000">
            <w:pPr>
              <w:rPr>
                <w:sz w:val="20"/>
                <w:szCs w:val="24"/>
              </w:rPr>
            </w:pPr>
            <w:r w:rsidRPr="00AD16FA">
              <w:rPr>
                <w:szCs w:val="24"/>
              </w:rPr>
              <w:t>• Power BI &amp; Tableau</w:t>
            </w:r>
          </w:p>
        </w:tc>
        <w:tc>
          <w:tcPr>
            <w:tcW w:w="5227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BC13DEF" w14:textId="77777777" w:rsidR="00CA78C8" w:rsidRPr="00AD16FA" w:rsidRDefault="00000000">
            <w:pPr>
              <w:rPr>
                <w:sz w:val="20"/>
                <w:szCs w:val="24"/>
              </w:rPr>
            </w:pPr>
            <w:r w:rsidRPr="00AD16FA">
              <w:rPr>
                <w:szCs w:val="24"/>
              </w:rPr>
              <w:t>• Shell Scripting (Linux)</w:t>
            </w:r>
          </w:p>
        </w:tc>
      </w:tr>
    </w:tbl>
    <w:p w14:paraId="2AA72B64" w14:textId="77777777" w:rsidR="00693C52" w:rsidRPr="00AD16FA" w:rsidRDefault="00693C52" w:rsidP="00327142">
      <w:pPr>
        <w:rPr>
          <w:sz w:val="20"/>
          <w:szCs w:val="24"/>
        </w:rPr>
      </w:pPr>
    </w:p>
    <w:sectPr w:rsidR="00693C52" w:rsidRPr="00AD16FA" w:rsidSect="000726BC">
      <w:pgSz w:w="12240" w:h="15840"/>
      <w:pgMar w:top="691" w:right="893" w:bottom="691" w:left="893" w:header="720" w:footer="720" w:gutter="0"/>
      <w:pgBorders w:offsetFrom="page">
        <w:top w:val="double" w:sz="4" w:space="24" w:color="000000" w:themeColor="text1"/>
        <w:left w:val="double" w:sz="4" w:space="24" w:color="000000" w:themeColor="text1"/>
        <w:bottom w:val="double" w:sz="4" w:space="24" w:color="000000" w:themeColor="text1"/>
        <w:right w:val="double" w:sz="4" w:space="24" w:color="000000" w:themeColor="text1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79278170">
    <w:abstractNumId w:val="8"/>
  </w:num>
  <w:num w:numId="2" w16cid:durableId="894467754">
    <w:abstractNumId w:val="6"/>
  </w:num>
  <w:num w:numId="3" w16cid:durableId="1234584621">
    <w:abstractNumId w:val="5"/>
  </w:num>
  <w:num w:numId="4" w16cid:durableId="1375078807">
    <w:abstractNumId w:val="4"/>
  </w:num>
  <w:num w:numId="5" w16cid:durableId="1633438953">
    <w:abstractNumId w:val="7"/>
  </w:num>
  <w:num w:numId="6" w16cid:durableId="614295193">
    <w:abstractNumId w:val="3"/>
  </w:num>
  <w:num w:numId="7" w16cid:durableId="931086812">
    <w:abstractNumId w:val="2"/>
  </w:num>
  <w:num w:numId="8" w16cid:durableId="1633251274">
    <w:abstractNumId w:val="1"/>
  </w:num>
  <w:num w:numId="9" w16cid:durableId="70351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7846"/>
    <w:rsid w:val="00034616"/>
    <w:rsid w:val="0006063C"/>
    <w:rsid w:val="000726BC"/>
    <w:rsid w:val="0015074B"/>
    <w:rsid w:val="001D305D"/>
    <w:rsid w:val="001F37E2"/>
    <w:rsid w:val="0029639D"/>
    <w:rsid w:val="002C1F96"/>
    <w:rsid w:val="00326F90"/>
    <w:rsid w:val="00327142"/>
    <w:rsid w:val="0058268D"/>
    <w:rsid w:val="00693C52"/>
    <w:rsid w:val="007068E0"/>
    <w:rsid w:val="007769C9"/>
    <w:rsid w:val="00AA1D8D"/>
    <w:rsid w:val="00AD16FA"/>
    <w:rsid w:val="00AF15A0"/>
    <w:rsid w:val="00B47730"/>
    <w:rsid w:val="00CA78C8"/>
    <w:rsid w:val="00CB0664"/>
    <w:rsid w:val="00D347D6"/>
    <w:rsid w:val="00D91AA6"/>
    <w:rsid w:val="00D96835"/>
    <w:rsid w:val="00DD0C88"/>
    <w:rsid w:val="00FC693F"/>
    <w:rsid w:val="00FF1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C6A231"/>
  <w14:defaultImageDpi w14:val="300"/>
  <w15:docId w15:val="{A38DF4F4-EA89-401B-9602-FD56697DB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527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tejas paikade</cp:lastModifiedBy>
  <cp:revision>13</cp:revision>
  <dcterms:created xsi:type="dcterms:W3CDTF">2013-12-23T23:15:00Z</dcterms:created>
  <dcterms:modified xsi:type="dcterms:W3CDTF">2026-08-31T16:57:00Z</dcterms:modified>
  <cp:category/>
</cp:coreProperties>
</file>